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 עלילה, דמות, קונפליקט ומסר בכל סיפור שנלמד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בעקבות טקסט סיפורי (יומן, מכתב, מונולוג, סוף אחר)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מבני לוחות הבחירה השונים ולדעת לבחור משימות לפי רמה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עצמאית ובחירה מודעת תוך שמירה על אותו סיפור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הסיפור: עלילה, דמויות וזמן ומקום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המשימה ברמת הבסיס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המשימה ברמת הבסיס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משימת זמן ומקום עוסקת במתי ואיפה מתרחש הסיפור, ולא בתכונות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נדרש במשימה ברמת המתקדם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ברמת המאתגר בונים פתיחה, הסתבכות, שיא, התרה וסיום עם הסבר לכל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הסיפור: עלילה, דמויות וזמן ומקום – מתאימים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(4 אירועים מרכזיים לפי הסדר שבו 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(5-6 אירועים וכוכבית ליד האירוע המרכזי)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(פתיחה, הסתבכות, שיא, התרה וסיום עם הסבר)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(שם הדמות ו-3 תכונות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(איך הדמות משתנה, עם שתי ראיות מהטקסט)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הסיפור: עלילה, דמויות וזמן ומקום – כותבים על הסיפור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אירועים שלמים, כתובים במשפטים מלאים ומסודרים לפי סדר הקרות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הדמות ו-3 תכונות מדויקות המתארות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ברור על הזמן ומשפט ברור על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ברור של השינוי בדמות, נתמך בשתי ראיות מתוך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חוקרים לעומק: קונפליקט, רגע החלטה, סיבה ותוצאה ומסר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הקונפליקט הוא הבעיה או המתח המרכזי שסביבו נבנית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שהמשימה מבקשת למצוא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המשימה מבקשת דווקא למצוא את הקשר בין סיבה לתוצאה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המסר הוא הרעיון או הלקח שהסיפור מעביר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קונפליקט מסוג אדם מול עצמו, כשדמות נאבקת עם רגשות או עם החלטה פנימית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חוקרים לעומק: קונפליקט, רגע החלטה, סיבה ותוצאה ומסר – מזהים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חוקרים לעומק: קונפליקט, רגע החלטה, סיבה ותוצאה ומסר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את הצדדים המעורבים ואת מטרת כל 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המתארת לפחות שתי אפשרויות ואת הבחירה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המראה קשר ברור בין סיבה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הכוללת ניסוח מסר ונימוק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יוצרים בעקבות הסיפור: יומן, מכתב, מונולוג וסוף אחר – הכרת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לכתוב יומן אישי של דמות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לכתוב סיום שונה מזה שבסיפור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מכתב לדמות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יוצרים בעקבות הסיפור: יומן, מכתב, מונולוג וסוף אחר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מונולוג הוא דברי הדמות עצמה,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קומיקס מופיע תחת קטגוריית ליצור במאגר המשימות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יוצרים בעקבות הסיפור: יומן, מכתב, מונולוג וסוף אחר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 עם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יוצרים בעקבות הסיפור: יומן, מכתב, מונולוג וסוף אחר – התאמת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(כתיבה בגוף ראשון של דמות על יום מסוים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(פנייה אישית בכתב אל דמות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(דברי מחשבה של דמות ברגע חשוב, בגוף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(כתיבת סיום חדש ושונה 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(סיפור האירועים באמצעות תמונות ושיחות קצרות)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(שאלות ותשובות עם דמות מהסיפור)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מכירים את מבני הלוח: חובה-בחירה-אוורור, ארוחה, תפריט נקודות ועוד – מכירים את המבנים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קינוח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מכירים את מבני הלוח: חובה-בחירה-אוורור, ארוחה, תפריט נקודות ועוד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במבנה בוחרים דרך בוחרים משימה אחת בכל שורה: הבנה ואז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בתפריט הנקודות צריך לאסוף לפחות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מכירים את מבני הלוח: חובה-בחירה-אוורור, ארוחה, תפריט נקודות ועוד – משלימים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מכירים את מבני הלוח: חובה-בחירה-אוורור, ארוחה, תפריט נקודות ועוד – מתאימים מבנה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(משימה אחת לכולם, ואחר כך 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 ראשונה, עיקרית וקינוח)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(שורה של הבנה ושורה של 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(משלימים שלוש משימות בשורה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(אוספים לפחות עשר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(ארבע תחנות שנפתחות אחת אחרי השנייה)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אוורור ושיתוף: אימוג'ים, ביקורת וחידון סיכום – מכירים את משימות האוורור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משימות כמו הסיפור באימוג'י או ביקורת בכוכבים הן משימות קלות שמפיגות את האווירה בין המשימות הכבדות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ביקורת בכוכבים שייכת לקטגוריית אוורור, לא ליצור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הלוח בנוי משלושה שלבים: משימת חובה לכולם, משימת בחירה אחת ומשימת אוורור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משימות שוות 2, 3 או 5 נקודות, בהתאם לרמת הקושי שלהן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אוורור ושיתוף: אימוג'ים, ביקורת וחידון סיכום – מתאימים משימה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(אוורור)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(אוורור)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(ליצור)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אוורור ושיתוף: אימוג'ים, ביקורת וחידון סיכום – כותבים ומסכמים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 אימוג'ים המשקף אירוע מהסיפור בסדר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דירוג כוכבים עם נימוק קצר המתייחס לעלילה או לדמויות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בחירה מנומקת לפי סגנון למידה: עצמאות מול התקדמות בשלבים מודרכים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עם הסבר התואם ליכולת ולביטחון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הבעיה המרכזית ומי מעורב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הסיפור באימוג'י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קינוח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4 אירועים עיקריים מהסיפור, בסדר כרונולוגי נכון, כל אחד במשפט שלם.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יסבירו את הבעיה המרכזית של הדמות ואת ההחלטה שהיא קיבלה, עם קשר ברור בין השניים ואזכור מהטקסט.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תלמיד/ה יבחרו משימה אחת מסוג הבנה (למשל רצף העלילה, הקונפליקט) ומשימה אחת מסוג יצירה (למשל מכתב לדמות, מונולוג), עם נימוק הגיוני לבחירה.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שמנמקת את הבחירה ברמה ומתאימה ליכולת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פרטים אמיתיים מהסיפור הנלמד, לא כלליים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קשור למבנה הלוח (למשל אהבתי לבחור, או אהבתי את האתגר של אוסף הנקודות)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עם מבנה לוח אחר מתוך הפרק הרביעי, כדי שהתלמידים יכירו את כל ששת הסוגים לאורך כמה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תמיד בגרסת 'עברית פשוטה' של כל משימה, ולהתקדם בהדרגה לרמות הגבוהות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להשאיר את אותו סיפור קבוע לאורך כל החוברת, כדי שההתקדמות תהיה ברורה ולא תדרוש הסבר חדש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מבנה לוח מועדף (למשל מסלול בריחה מול תפריט נקודות) ולתת זמן עבודה עצמאי במקביל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בחרו יחד עם הכיתה סיפור אחד, וכתבו את שמו בראש כל עמוד. עברו על הפרקים לפי הסדר – קודם מבינים את הסיפור, אחר כך יוצרים לפיו, ולבסוף מתרגלים גם את מבני הלוחות עצמם.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את הסיפור: עלילה, דמויות וזמן ומקום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'רצף העלילה' ברמת הבסיס כותבים 4 אירועים מרכזיים מהסיפור לפי הסדר שבו הם קרו.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'כרטיס דמות' ברמת הבסיס כותבים את שם הדמות ו-3 תכונות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'זמן ומקום' עוסקת בתכונות של הדמות הראשית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המתקדם של כרטיס דמות צריך להוסיף דוגמה מהטקסט לכל תכונה שכותבים.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המאתגר של רצף העלילה מספיק לכתוב 4 אירועים בלי שום הסבר.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את הסיפור: עלילה, דמויות וזמן ומקום – מתאימים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 - 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הדמות משתנה, עם שתי ראיות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רצף העלילה -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פתיחה, הסתבכות, שיא, התרה וסיום עם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רצף העלילה - מאתגר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הדמות ו-3 תכונות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 דמות - 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5-6 אירועים וכוכבית ליד האירוע המרכזי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דמות - מאתגר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4 אירועים מרכזיים לפי הסדר שבו קרו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את הסיפור: עלילה, דמויות וזמן ומקום – כותבים על הסיפור שבחרתם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4 אירועים מרכזיים מהסיפור שבחרתם, לפי הסדר שבו הם קרו.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דמות מהסיפור שבחרתם וכתבו את שמה ו-3 תכונות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על הזמן ומשפט אחד על המקום שבו מתרחש הסיפור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דמות וכתבו איך היא משתנה מתחילת הסיפור ועד סופו, והביאו שתי ראיות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חוקרים לעומק: קונפליקט, רגע החלטה, סיבה ותוצאה ומסר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'קונפליקט' עוסקת בבעיה המרכזית של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ההחלטה הוא רגע שבו דמות בוחרת בין כמה אפשרויות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'סיבה ותוצאה' מבקשת להתעלם מהקשר בין אירועים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'המסר' עוסקת במה שהסיפור מנסה ללמד את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קונפליקט יכול להיות גם בתוך הדמות עצמה, לא רק בינה לבין דמות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חוקרים לעומק: קונפליקט, רגע החלטה, סיבה ותוצאה ומסר – מזהים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כשדמות רבה עם דמות אחרת בסיפור, זהו קונפליקט מסוג אדם מול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כשדמות נאבקת נגד חוקים או מנהגים של הסביבה שלה, זהו קונפליקט מסוג אדם מול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כשדמות מתלבטת עם עצמה ועם הרגשות שלה, זהו קונפליקט מסוג אדם מול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כשאירוע אחד גורם לאירוע הבא, בודקים את הקשר של __________ ותוצאה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חוקרים לעומק: קונפליקט, רגע החלטה, סיבה ותוצאה ומסר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קונפליקט מסיפור שקראתם. כתבו מי מעורב בו ומה כל צד רוצה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רגע החלטה של דמות בסיפור. כתבו מה היו האפשרויות שעמדו בפניה ובמה היא בחרה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שרשרת סיבה ותוצאה אחת מהסיפור: אירוע שגרם לאירוע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לדעתכם המסר של הסיפור? האם אתם מסכימים איתו?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יוצרים בעקבות הסיפור: יומן, מכתב, מונולוג וסוף אחר – הכרת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במשימת 'דף יומן' הכותבים מתבקשים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יומן אישי של דמות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לוח שנה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ביקורת על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משימת 'סוף אחר' מבקשת מהתלמידים...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לסכם את הסיפור במשפט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סיום שונה מזה שבסיפור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את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משימה מבין הבאות שייכת לקטגוריית 'ליצור' במאגר המשימות?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הקונפליקט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יוצרים בעקבות הסיפור: יומן, מכתב, מונולוג וסוף אחר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'מונולוג' כותבים בגוף ראשון, כאילו הדמות עצמה מדברת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'קומיקס' שייכת לקטגוריית 'אוורור' ולא לקטגוריית 'ליצור'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יוצרים בעקבות הסיפור: יומן, מכתב, מונולוג וסוף אחר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ה__________ כותבים מכתב אישי אל אחת הדמויות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במשימת ה__________ שואלים שאלות לדמות וכותבים את תשובותיה, כמו ריאיון אמיתי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יוצרים בעקבות הסיפור: יומן, מכתב, מונולוג וסוף אחר – התאמת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דברי מחשבה של דמות ברגע חשוב, בגוף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כתיבת סיום חדש ושונה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 בגוף ראשון של דמות על יום מסוים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סוף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ותשובות עם דמות מהסיפור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פנייה אישית בכתב אל דמות מהסיפור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סיפור האירועים באמצעות תמונות ושיחות קצרות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מכירים את מבני הלוח: חובה-בחירה-אוורור, ארוחה, תפריט נקודות ועוד – מכירים את המבנים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במבנה 'חובה, בחירה ואוורור' – כמה משימות צריך להשלים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במבנה 'מרכיבים ארוחה של למידה' – מהי המנה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 עיקרית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תחנות יש במבנה 'מסלול הבריחה'?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מכירים את מבני הלוח: חובה-בחירה-אוורור, ארוחה, תפריט נקודות ועוד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במבנה 'בוחרים דרך' יש שתי שורות – 'קודם מבינים' ו'ואז יוצרים'.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במבנה 'תפריט הנקודות' אפשר לסיים אחרי שאוספים 5 נקודות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מכירים את מבני הלוח: חובה-בחירה-אוורור, ארוחה, תפריט נקודות ועוד – משלימים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במבנה 'שלושה בשורה' צריך להשלים __________ משימות בשורה אחת.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מכירים את מבני הלוח: חובה-בחירה-אוורור, ארוחה, תפריט נקודות ועוד – מתאימים מבנה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חובה, בחירה ואוורור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 ראשונה, עיקרית וקינוח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מרכיבים ארוחה של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אוספים לפחות עשר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משלימים שלוש משימות בשורה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בשורה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שורה של הבנה ושורה של 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תפריט הנקודות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ארבע תחנות שנפתחות אחת אחרי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מסלול הבריחה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משימה אחת לכולם, ואחר כך בחירה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אוורור ושיתוף: אימוג'ים, ביקורת וחידון סיכום – מכירים את משימות האוורור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אוורור היא משימה קלילה וקצרה יחסית למשימות ההבנה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בכוכבים שייכת לקטגוריית ליצור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חובה בחירה ואוורור צריך לבחור גם משימת אוורור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משימה בלוחות הבחירה שווה תמיד 5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אוורור ושיתוף: אימוג'ים, ביקורת וחידון סיכום – מתאימים משימה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הסיפור באימוג'י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להבין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אוורור ושיתוף: אימוג'ים, ביקורת וחידון סיכום – כותבים ומסכמים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רגע מהסיפור וכתבו אותו באמצעות 3 עד 5 אימוג'ים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ביקורת קצרה על הסיפור, סמנו כמה כוכבים מתוך 5 הייתם נותנים לו ונמקו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לוח בחירה הכי מתאים לכם, תפריט הנקודות או מסלול הבריחה? הסבירו למה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רמה אתם בדרך כלל בוחרים במשימות להבין, בסיס מתקדם או מאתגר? 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במשימת רצף העלילה ברמת הבסיס, כמה אירועים צריך לכתוב לפי הסדר?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במשימת כרטיס דמות, כמה תכונות צריך לכתוב על הדמות ברמת הבסיס?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שואלים במשימת הקונפליקט?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קורה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הבעיה המרכזית ומי מעורב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נראית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תחנות יש בלוח מסלול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בלוח תפריט הנקודות, לכמה נקודות צריך להגיע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משימה שייכת לקבוצת ה'אוורור' (משימות קלילות)?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באימוג'י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בלוח 'חובה, בחירה ואוורור', איזו משימה היא תמיד משימת החובה שכולם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מונולוג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בלוח 'מרכיבים ארוחה של למידה', לאיזה שלב שייכת משימת הקומיקס?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 עיקרית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לבחור שלב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בכיתה. כתבו 4 אירועים מרכזיים מהסיפור לפי הסדר שבו הם קרו.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דמות מהסיפור וכתבו: מה הקונפליקט (הבעיה) שהיא נתקלת בו, ומה ההחלטה החשובה שהיא מקבלת כדי להתמודד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שאתם בונים לוח בחירה לסיפור שאהבתם. אילו שתי משימות הייתם בוחרים ללוח - אחת ל'להבין' ואחת ל'ליצור'?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רמה (בסיס, מתקדם או מאתגר) עבדתי היום, ולמה בחרתי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פרטים מהסיפור הצלחתי להסביר הכי טוב בעבודה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סוג לוח בחירה אהבתי לעבוד איתו הכי הרבה,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