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לוחות בחירה לטקסט סיפורי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מרכיבי עלילה, דמות, קונפליקט ומסר בכל סיפור שנלמד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יצירתית בעקבות טקסט סיפורי (יומן, מכתב, מונולוג, סוף אחר)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מבני לוחות הבחירה השונים ולדעת לבחור משימות לפי רמה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עבודה עצמאית ובחירה מודעת תוך שמירה על אותו סיפור לכל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מכירים את הסיפור: עלילה, דמויות וזמן ומקום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מוגדרת המשימה ברמת הבסיס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המדויקת של המשימה ברמת הבסיס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מכירים את הסיפור: עלילה, דמויות וזמן ומקום – מתאימים רמה למשימה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(4 אירועים מרכזיים לפי הסדר שבו קרו)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(שם הדמות ו-3 תכונות שלה)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מכירים את הסיפור: עלילה, דמויות וזמן ומקום – כותבים על הסיפור שבחרתם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4 אירועים שלמים, כתובים במשפטים מלאים ומסודרים לפי סדר הקרות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שם הדמות ו-3 תכונות מדויקות המתארות אותה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חוקרים לעומק: קונפליקט, רגע החלטה, סיבה ותוצאה ומסר – מכירים את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הקונפליקט הוא הבעיה או המתח המרכזי שסביבו נבנית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בדיוק מה שהמשימה מבקשת למצוא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המשימה מבקשת דווקא למצוא את הקשר בין סיבה לתוצאה 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חוקרים לעומק: קונפליקט, רגע החלטה, סיבה ותוצאה ומסר – מזהים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חברה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חוקרים לעומק: קונפליקט, רגע החלטה, סיבה ותוצאה ומסר – כותבים וחושבים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הכוללת את הצדדים המעורבים ואת מטרת כל צד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יוצרים בעקבות הסיפור: יומן, מכתב, מונולוג וסוף אחר – הכרת המשימות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לכתוב יומן אישי של דמות מהסיפור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לכתוב סיום שונה מזה שבסיפור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יוצרים בעקבות הסיפור: יומן, מכתב, מונולוג וסוף אחר – הבנה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מונולוג הוא דברי הדמות עצמה, בגוף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קומיקס מופיע תחת קטגוריית ליצור במאגר המשימות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יוצרים בעקבות הסיפור: יומן, מכתב, מונולוג וסוף אחר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מכתב לדמות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ראיון עם דמות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יוצרים בעקבות הסיפור: יומן, מכתב, מונולוג וסוף אחר – התאמת משימות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(כתיבה בגוף ראשון של דמות על יום מסוים בסיפור)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(פנייה אישית בכתב אל דמות מהסיפור)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(דברי מחשבה של דמות ברגע חשוב, בגוף ראשון)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(כתיבת סיום חדש ושונה לסיפור)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מכירים את מבני הלוח: חובה-בחירה-אוורור, ארוחה, תפריט נקודות ועוד – מכירים את המבנים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קינוח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מכירים את מבני הלוח: חובה-בחירה-אוורור, ארוחה, תפריט נקודות ועוד – בודקים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במבנה בוחרים דרך בוחרים משימה אחת בכל שורה: הבנה ואז 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בתפריט הנקודות צריך לאסוף לפחות 10 נקודות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מכירים את מבני הלוח: חובה-בחירה-אוורור, ארוחה, תפריט נקודות ועוד – משלימים 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מכירים את מבני הלוח: חובה-בחירה-אוורור, ארוחה, תפריט נקודות ועוד – מתאימים מבנה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(משימה אחת לכולם, ואחר כך בחירה)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(מנה ראשונה, עיקרית וקינוח)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(שורה של הבנה ושורה של יצירה)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(משלימים שלוש משימות בשורה אחת)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אוורור ושיתוף: אימוג'ים, ביקורת וחידון סיכום – מכירים את משימות האוורור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משימות כמו הסיפור באימוג'י או ביקורת בכוכבים הן משימות קלות שמפיגות את האווירה בין המשימות הכבדות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ביקורת בכוכבים שייכת לקטגוריית אוורור, לא ליצור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הלוח בנוי משלושה שלבים: משימת חובה לכולם, משימת בחירה אחת ומשימת אוורור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אוורור ושיתוף: אימוג'ים, ביקורת וחידון סיכום – מתאימים משימה לקטגוריה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(אוורור)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(להבין)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(ליצור)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(אוורור)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אוורור ושיתוף: אימוג'ים, ביקורת וחידון סיכום – כותבים ומסכמים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רצף אימוג'ים המשקף אירוע מהסיפור בסדר הגיוני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שאלות סגורות על 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4 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3 תכונות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מה הבעיה המרכזית ומי מעורב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4 תחנות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10 נקודות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פתוחות על 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תלמיד/ה יכתבו 4 אירועים עיקריים מהסיפור, בסדר כרונולוגי נכון, כל אחד במשפט שלם.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תלמיד/ה יסבירו את הבעיה המרכזית של הדמות ואת ההחלטה שהיא קיבלה, עם קשר ברור בין השניים ואזכור מהטקסט.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שמנמקת את הבחירה ברמה ומתאימה ליכולת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שלושה פרטים אמיתיים מהסיפור הנלמד, לא כלליים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נימוק קשור למבנה הלוח (למשל אהבתי לבחור, או אהבתי את האתגר של אוסף הנקודות)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כל שיעור עם מבנה לוח אחר מתוך הפרק הרביעי, כדי שהתלמידים יכירו את כל ששת הסוגים לאורך כמה שיעורים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להתחיל תמיד בגרסת 'עברית פשוטה' של כל משימה, ולהתקדם בהדרגה לרמות הגבוהות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שווה להשאיר את אותו סיפור קבוע לאורך כל החוברת, כדי שההתקדמות תהיה ברורה ולא תדרוש הסבר חדש בכל פעם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לקבוצות לפי מבנה לוח מועדף (למשל מסלול בריחה מול תפריט נקודות) ולתת זמן עבודה עצמאי במקביל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לוחות בחירה לטקסט סיפורי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בחרו יחד עם הכיתה סיפור אחד, וכתבו את שמו בראש כל עמוד. עברו על הפרקים לפי הסדר – קודם מבינים את הסיפור, אחר כך יוצרים לפיו, ולבסוף מתרגלים גם את מבני הלוחות עצמם.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חברה  ·  אדם  ·  שלוש  ·  מכתב לדמות  ·  ראיון עם דמות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מכירים את הסיפור: עלילה, דמויות וזמן ומקום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במשימת 'רצף העלילה' ברמת הבסיס כותבים 4 אירועים מרכזיים מהסיפור לפי הסדר שבו הם קרו.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במשימת 'כרטיס דמות' ברמת הבסיס כותבים את שם הדמות ו-3 תכונות שלה.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מכירים את הסיפור: עלילה, דמויות וזמן ומקום – מתאימים רמה למשימה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רצף העלילה - בסיס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שם הדמות ו-3 תכונות שלה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כרטיס דמות - בסיס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4 אירועים מרכזיים לפי הסדר שבו קרו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מכירים את הסיפור: עלילה, דמויות וזמן ומקום – כותבים על הסיפור שבחרתם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4 אירועים מרכזיים מהסיפור שבחרתם, לפי הסדר שבו הם קרו.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בחרו דמות מהסיפור שבחרתם וכתבו את שמה ו-3 תכונות שלה.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חוקרים לעומק: קונפליקט, רגע החלטה, סיבה ותוצאה ומסר – מכירים את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המשימה 'קונפליקט' עוסקת בבעיה המרכזית של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רגע ההחלטה הוא רגע שבו דמות בוחרת בין כמה אפשרויות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משימת 'סיבה ותוצאה' מבקשת להתעלם מהקשר בין אירועים בסיפור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חוקרים לעומק: קונפליקט, רגע החלטה, סיבה ותוצאה ומסר – מזהים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כשדמות רבה עם דמות אחרת בסיפור, זהו קונפליקט מסוג אדם מול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כשדמות נאבקת נגד חוקים או מנהגים של הסביבה שלה, זהו קונפליקט מסוג אדם מול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חוקרים לעומק: קונפליקט, רגע החלטה, סיבה ותוצאה ומסר – כותבים וחושבים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קונפליקט מסיפור שקראתם. כתבו מי מעורב בו ומה כל צד רוצה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3 · יוצרים בעקבות הסיפור: יומן, מכתב, מונולוג וסוף אחר – הכרת המשימות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במשימת 'דף יומן' הכותבים מתבקשים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לכתוב יומן אישי של דמות מהסיפור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לצייר לוח שנה של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לרשום רשימת 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משימת 'סוף אחר' מבקשת מהתלמידים...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לסכם את הסיפור במשפט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לכתוב סיום שונה מזה שבסיפור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לצייר את הדמות הראשית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יוצרים בעקבות הסיפור: יומן, מכתב, מונולוג וסוף אחר – הבנה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במשימת 'מונולוג' כותבים בגוף ראשון, כאילו הדמות עצמה מדברת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משימת 'קומיקס' שייכת לקטגוריית 'אוורור' ולא לקטגוריית 'ליצור'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יוצרים בעקבות הסיפור: יומן, מכתב, מונולוג וסוף אחר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במשימת ה__________ כותבים מכתב אישי אל אחת הדמויות מהסיפור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במשימת ה__________ שואלים שאלות לדמות וכותבים את תשובותיה, כמו ריאיון אמיתי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יוצרים בעקבות הסיפור: יומן, מכתב, מונולוג וסוף אחר – התאמת 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דף יומן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דברי מחשבה של דמות ברגע חשוב, בגוף ראשון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מכתב לדמות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כתיבה בגוף ראשון של דמות על יום מסוים בסיפור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מונולוג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כתיבת סיום חדש ושונה לסיפור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סוף אחר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פנייה אישית בכתב אל דמות מהסיפור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מכירים את מבני הלוח: חובה-בחירה-אוורור, ארוחה, תפריט נקודות ועוד – מכירים את המבנים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במבנה 'חובה, בחירה ואוורור' – כמה משימות צריך להשלים בסך הכל?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במבנה 'מרכיבים ארוחה של למידה' – מהי המנה האחרונה?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מנה 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מנה עיקרית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קינוח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מכירים את מבני הלוח: חובה-בחירה-אוורור, ארוחה, תפריט נקודות ועוד – בודקים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במבנה 'בוחרים דרך' יש שתי שורות – 'קודם מבינים' ו'ואז יוצרים'.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במבנה 'תפריט הנקודות' אפשר לסיים אחרי שאוספים 5 נקודות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מכירים את מבני הלוח: חובה-בחירה-אוורור, ארוחה, תפריט נקודות ועוד – משלימים 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במבנה 'שלושה בשורה' צריך להשלים __________ משימות בשורה אחת.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מכירים את מבני הלוח: חובה-בחירה-אוורור, ארוחה, תפריט נקודות ועוד – מתאימים מבנה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חובה, בחירה ואוורור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מנה ראשונה, עיקרית וקינוח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מרכיבים ארוחה של למידה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משימה אחת לכולם, ואחר כך בחירה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בוחרים דרך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משלימים שלוש משימות בשורה אחת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שלושה בשורה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שורה של הבנה ושורה של יצירה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אוורור ושיתוף: אימוג'ים, ביקורת וחידון סיכום – מכירים את משימות האוורור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משימת אוורור היא משימה קלילה וקצרה יחסית למשימות ההבנה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ביקורת בכוכבים שייכת לקטגוריית ליצור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בלוח חובה בחירה ואוורור צריך לבחור גם משימת אוורור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אוורור ושיתוף: אימוג'ים, ביקורת וחידון סיכום – מתאימים משימה לקטגוריה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הסיפור באימוג'י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להבין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רצף העלילה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ליצור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קומיקס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אוורור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ביקורת בכוכבים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אוורור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אוורור ושיתוף: אימוג'ים, ביקורת וחידון סיכום – כותבים ומסכמים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רגע מהסיפור וכתבו אותו באמצעות 3 עד 5 אימוג'ים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חזרה מסכמת – שאלות סגורות על 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במשימת רצף העלילה ברמת הבסיס, כמה אירועים צריך לכתוב לפי הסדר?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 אירועים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4 אירועים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6 אירועים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במשימת כרטיס דמות, כמה תכונות צריך לכתוב על הדמות ברמת הבסיס?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תכונה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 תכונות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3 תכונות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שואלים במשימת הקונפליקט?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איפה קורה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מה הבעיה המרכזית ומי מעורב 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איך נראית הדמות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4. כמה תחנות יש בלוח מסלול הבריחה?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 תחנות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 תחנות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4 תחנות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5. בלוח תפריט הנקודות, לכמה נקודות צריך להגיע לפחות?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5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10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15 נקודות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חזרה מסכמת – שאלות פתוחות על 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סיפור שקראתם בכיתה. כתבו 4 אירועים מרכזיים מהסיפור לפי הסדר שבו הם קרו.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בחרו דמות מהסיפור וכתבו: מה הקונפליקט (הבעיה) שהיא נתקלת בו, ומה ההחלטה החשובה שהיא מקבלת כדי להתמודד איתו.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באיזו רמה (בסיס, מתקדם או מאתגר) עבדתי היום, ולמה בחרתי 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אילו שלושה פרטים מהסיפור הצלחתי להסביר הכי טוב בעבודה שלי?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לוחות בחירה לטקסט סיפורי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